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BCDA256" w14:textId="77777777" w:rsidR="00962303" w:rsidRDefault="00000000">
      <w:pPr>
        <w:pStyle w:val="KonuBal"/>
        <w:spacing w:after="80"/>
      </w:pPr>
      <w:r>
        <w:rPr>
          <w:rFonts w:ascii="Arial" w:eastAsia="Arial" w:hAnsi="Arial"/>
        </w:rPr>
        <w:t>Akademik Destek Hizmetleri</w:t>
      </w:r>
    </w:p>
    <w:p w14:paraId="1AD9BBB9" w14:textId="77777777" w:rsidR="00962303" w:rsidRDefault="00000000">
      <w:pPr>
        <w:pStyle w:val="Balk1"/>
        <w:spacing w:after="160"/>
      </w:pPr>
      <w:r>
        <w:rPr>
          <w:rFonts w:ascii="Arial" w:eastAsia="Arial" w:hAnsi="Arial"/>
          <w:sz w:val="31"/>
        </w:rPr>
        <w:t>Danışman - Öğrenci Görüşme İş Akış Süreci</w:t>
      </w:r>
    </w:p>
    <w:p w14:paraId="2E037310" w14:textId="77777777" w:rsidR="00962303" w:rsidRDefault="00000000">
      <w:pPr>
        <w:pStyle w:val="Balk2"/>
        <w:spacing w:after="80"/>
      </w:pPr>
      <w:r>
        <w:rPr>
          <w:rFonts w:ascii="Arial" w:eastAsia="Arial" w:hAnsi="Arial"/>
        </w:rPr>
        <w:t>Kanıtlar</w:t>
      </w:r>
    </w:p>
    <w:p w14:paraId="79E6932D" w14:textId="1007D8D0" w:rsidR="00962303" w:rsidRDefault="009E6704" w:rsidP="009E6704">
      <w:pPr>
        <w:pBdr>
          <w:bottom w:val="single" w:sz="4" w:space="1" w:color="CCCCCC"/>
        </w:pBdr>
        <w:spacing w:before="120" w:after="120"/>
        <w:jc w:val="center"/>
      </w:pPr>
      <w:r>
        <w:rPr>
          <w:noProof/>
        </w:rPr>
        <w:drawing>
          <wp:inline distT="0" distB="0" distL="0" distR="0" wp14:anchorId="63A85F25" wp14:editId="398A146B">
            <wp:extent cx="6066503" cy="5998291"/>
            <wp:effectExtent l="0" t="0" r="4445" b="0"/>
            <wp:docPr id="10944679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67908" name="Resim 1094467908"/>
                    <pic:cNvPicPr/>
                  </pic:nvPicPr>
                  <pic:blipFill rotWithShape="1">
                    <a:blip r:embed="rId8"/>
                    <a:srcRect l="38342" t="23947" r="23018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74" cy="602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2303" w:rsidSect="00034616">
      <w:footerReference w:type="default" r:id="rId9"/>
      <w:pgSz w:w="12240" w:h="15840"/>
      <w:pgMar w:top="822" w:right="850" w:bottom="765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BE7CB97" w14:textId="77777777" w:rsidR="00C97C1C" w:rsidRDefault="00C97C1C">
      <w:pPr>
        <w:spacing w:after="0" w:line="240" w:lineRule="auto"/>
      </w:pPr>
      <w:r>
        <w:separator/>
      </w:r>
    </w:p>
  </w:endnote>
  <w:endnote w:type="continuationSeparator" w:id="0">
    <w:p w14:paraId="1D290F34" w14:textId="77777777" w:rsidR="00C97C1C" w:rsidRDefault="00C97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E29A75E" w14:textId="77777777" w:rsidR="00962303" w:rsidRDefault="00000000">
    <w:pPr>
      <w:pStyle w:val="AltBilgi"/>
      <w:jc w:val="right"/>
    </w:pPr>
    <w:proofErr w:type="spellStart"/>
    <w:r>
      <w:rPr>
        <w:color w:val="666666"/>
        <w:sz w:val="16"/>
      </w:rPr>
      <w:t>Erişim</w:t>
    </w:r>
    <w:proofErr w:type="spellEnd"/>
    <w:r>
      <w:rPr>
        <w:color w:val="666666"/>
        <w:sz w:val="16"/>
      </w:rPr>
      <w:t xml:space="preserve"> </w:t>
    </w:r>
    <w:proofErr w:type="spellStart"/>
    <w:r>
      <w:rPr>
        <w:color w:val="666666"/>
        <w:sz w:val="16"/>
      </w:rPr>
      <w:t>tarihi</w:t>
    </w:r>
    <w:proofErr w:type="spellEnd"/>
    <w:r>
      <w:rPr>
        <w:color w:val="666666"/>
        <w:sz w:val="16"/>
      </w:rPr>
      <w:t>: 30.06.2026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1D68EE1" w14:textId="77777777" w:rsidR="00C97C1C" w:rsidRDefault="00C97C1C">
      <w:pPr>
        <w:spacing w:after="0" w:line="240" w:lineRule="auto"/>
      </w:pPr>
      <w:r>
        <w:separator/>
      </w:r>
    </w:p>
  </w:footnote>
  <w:footnote w:type="continuationSeparator" w:id="0">
    <w:p w14:paraId="4DA8B867" w14:textId="77777777" w:rsidR="00C97C1C" w:rsidRDefault="00C97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7308819">
    <w:abstractNumId w:val="8"/>
  </w:num>
  <w:num w:numId="2" w16cid:durableId="407769322">
    <w:abstractNumId w:val="6"/>
  </w:num>
  <w:num w:numId="3" w16cid:durableId="1390956132">
    <w:abstractNumId w:val="5"/>
  </w:num>
  <w:num w:numId="4" w16cid:durableId="987517771">
    <w:abstractNumId w:val="4"/>
  </w:num>
  <w:num w:numId="5" w16cid:durableId="476455050">
    <w:abstractNumId w:val="7"/>
  </w:num>
  <w:num w:numId="6" w16cid:durableId="599069867">
    <w:abstractNumId w:val="3"/>
  </w:num>
  <w:num w:numId="7" w16cid:durableId="173809513">
    <w:abstractNumId w:val="2"/>
  </w:num>
  <w:num w:numId="8" w16cid:durableId="213539521">
    <w:abstractNumId w:val="1"/>
  </w:num>
  <w:num w:numId="9" w16cid:durableId="449905924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8091E"/>
    <w:rsid w:val="00962303"/>
    <w:rsid w:val="009E6704"/>
    <w:rsid w:val="00AA1D8D"/>
    <w:rsid w:val="00B47730"/>
    <w:rsid w:val="00C97C1C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511FF6"/>
  <w14:defaultImageDpi w14:val="300"/>
  <w15:docId w15:val="{5C310092-7305-7C4A-A77E-9F0743995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eastAsia="Arial" w:hAnsi="Arial"/>
      <w:sz w:val="21"/>
    </w:rPr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40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Akademik Destek Hizmetleri - Danışman - Öğrenci Görüşme İş Akış Süreci</dc:title>
  <dc:subject/>
  <dc:creator/>
  <cp:keywords/>
  <dc:description/>
  <cp:lastModifiedBy>Microsoft Office User</cp:lastModifiedBy>
  <cp:revision>2</cp:revision>
  <dcterms:created xsi:type="dcterms:W3CDTF">2013-12-23T23:15:00Z</dcterms:created>
  <dcterms:modified xsi:type="dcterms:W3CDTF">2026-06-29T23:06:00Z</dcterms:modified>
  <cp:category/>
</cp:coreProperties>
</file>